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EFF9" w14:textId="77777777" w:rsidR="00D91F28" w:rsidRDefault="001F183B">
      <w:pPr>
        <w:pStyle w:val="Nadpis1"/>
      </w:pPr>
      <w:r>
        <w:t>DOTAZNÍK O ZDRAVOTNÍM STAVU A INFORMOVANÝ SOUHLAS</w:t>
      </w:r>
    </w:p>
    <w:p w14:paraId="0418D42A" w14:textId="77777777" w:rsidR="00D91F28" w:rsidRDefault="001F183B">
      <w:r>
        <w:rPr>
          <w:i/>
        </w:rPr>
        <w:t>(pro klienty manuální lymfatické masáže)</w:t>
      </w:r>
      <w:r>
        <w:rPr>
          <w:i/>
        </w:rPr>
        <w:br/>
      </w:r>
    </w:p>
    <w:p w14:paraId="47900548" w14:textId="77777777" w:rsidR="00D91F28" w:rsidRDefault="001F183B">
      <w:r>
        <w:t>Jméno a příjmení: ........................................................</w:t>
      </w:r>
    </w:p>
    <w:p w14:paraId="7B277391" w14:textId="77777777" w:rsidR="00D91F28" w:rsidRDefault="001F183B">
      <w:r>
        <w:t>Datum narození: ........................................................</w:t>
      </w:r>
    </w:p>
    <w:p w14:paraId="33898EC4" w14:textId="77777777" w:rsidR="00D91F28" w:rsidRDefault="001F183B">
      <w:r>
        <w:t>Telefon / e-mail: ........................................................</w:t>
      </w:r>
    </w:p>
    <w:p w14:paraId="3F36D03E" w14:textId="77777777" w:rsidR="00D91F28" w:rsidRDefault="001F183B">
      <w:r>
        <w:t>Datum vyplnění: ........................................................</w:t>
      </w:r>
    </w:p>
    <w:p w14:paraId="34DFA89A" w14:textId="77777777" w:rsidR="00D91F28" w:rsidRDefault="001F183B">
      <w:pPr>
        <w:pStyle w:val="Nadpis2"/>
      </w:pPr>
      <w:r>
        <w:t>I. Zdravotní dotazník</w:t>
      </w:r>
    </w:p>
    <w:p w14:paraId="0353D9C4" w14:textId="77777777" w:rsidR="00D91F28" w:rsidRDefault="001F183B">
      <w:r>
        <w:t>Označte ANO nebo NE. Pokud odpovíte ANO, doplňte stručně podrobnosti.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91F28" w14:paraId="2B3F5983" w14:textId="77777777">
        <w:tc>
          <w:tcPr>
            <w:tcW w:w="2160" w:type="dxa"/>
          </w:tcPr>
          <w:p w14:paraId="42D5E20F" w14:textId="77777777" w:rsidR="00D91F28" w:rsidRDefault="001F183B">
            <w:r>
              <w:t>Otázka</w:t>
            </w:r>
          </w:p>
        </w:tc>
        <w:tc>
          <w:tcPr>
            <w:tcW w:w="2160" w:type="dxa"/>
          </w:tcPr>
          <w:p w14:paraId="224E3996" w14:textId="77777777" w:rsidR="00D91F28" w:rsidRDefault="001F183B">
            <w:r>
              <w:t>ANO</w:t>
            </w:r>
          </w:p>
        </w:tc>
        <w:tc>
          <w:tcPr>
            <w:tcW w:w="2160" w:type="dxa"/>
          </w:tcPr>
          <w:p w14:paraId="2E03FBB2" w14:textId="77777777" w:rsidR="00D91F28" w:rsidRDefault="001F183B">
            <w:r>
              <w:t>NE</w:t>
            </w:r>
          </w:p>
        </w:tc>
        <w:tc>
          <w:tcPr>
            <w:tcW w:w="2160" w:type="dxa"/>
          </w:tcPr>
          <w:p w14:paraId="69DBAB16" w14:textId="77777777" w:rsidR="00D91F28" w:rsidRDefault="001F183B">
            <w:r>
              <w:t>Upřesnění</w:t>
            </w:r>
          </w:p>
        </w:tc>
      </w:tr>
      <w:tr w:rsidR="00D91F28" w14:paraId="49813C60" w14:textId="77777777">
        <w:tc>
          <w:tcPr>
            <w:tcW w:w="2160" w:type="dxa"/>
          </w:tcPr>
          <w:p w14:paraId="3859CD5C" w14:textId="66D764D6" w:rsidR="00D91F28" w:rsidRDefault="00454DE5">
            <w:r>
              <w:t>1.</w:t>
            </w:r>
            <w:r w:rsidR="001F183B">
              <w:t xml:space="preserve">Léčíte se s </w:t>
            </w:r>
            <w:proofErr w:type="spellStart"/>
            <w:r w:rsidR="001F183B">
              <w:t>onemocněním</w:t>
            </w:r>
            <w:proofErr w:type="spellEnd"/>
            <w:r w:rsidR="001F183B">
              <w:t xml:space="preserve"> srdce nebo cév?</w:t>
            </w:r>
          </w:p>
        </w:tc>
        <w:tc>
          <w:tcPr>
            <w:tcW w:w="2160" w:type="dxa"/>
          </w:tcPr>
          <w:p w14:paraId="682802EF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620573B9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06356570" w14:textId="77777777" w:rsidR="00D91F28" w:rsidRDefault="00D91F28"/>
        </w:tc>
      </w:tr>
      <w:tr w:rsidR="00D91F28" w14:paraId="0CC0AAE6" w14:textId="77777777">
        <w:tc>
          <w:tcPr>
            <w:tcW w:w="2160" w:type="dxa"/>
          </w:tcPr>
          <w:p w14:paraId="7DF5FBAC" w14:textId="07E2EACD" w:rsidR="00D91F28" w:rsidRDefault="00454DE5">
            <w:r>
              <w:t>2.</w:t>
            </w:r>
            <w:r w:rsidR="001F183B">
              <w:t xml:space="preserve">Máte </w:t>
            </w:r>
            <w:proofErr w:type="spellStart"/>
            <w:r w:rsidR="001F183B">
              <w:t>vysoký</w:t>
            </w:r>
            <w:proofErr w:type="spellEnd"/>
            <w:r w:rsidR="001F183B">
              <w:t xml:space="preserve"> </w:t>
            </w:r>
            <w:proofErr w:type="spellStart"/>
            <w:r w:rsidR="001F183B">
              <w:t>nebo</w:t>
            </w:r>
            <w:proofErr w:type="spellEnd"/>
            <w:r w:rsidR="001F183B">
              <w:t xml:space="preserve"> </w:t>
            </w:r>
            <w:proofErr w:type="spellStart"/>
            <w:r w:rsidR="001F183B">
              <w:t>nízký</w:t>
            </w:r>
            <w:proofErr w:type="spellEnd"/>
            <w:r w:rsidR="001F183B">
              <w:t xml:space="preserve"> krevní tlak?</w:t>
            </w:r>
          </w:p>
        </w:tc>
        <w:tc>
          <w:tcPr>
            <w:tcW w:w="2160" w:type="dxa"/>
          </w:tcPr>
          <w:p w14:paraId="60C4FCA7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001D8696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07C0DBE6" w14:textId="77777777" w:rsidR="00D91F28" w:rsidRDefault="00D91F28"/>
        </w:tc>
      </w:tr>
      <w:tr w:rsidR="00D91F28" w14:paraId="32BB7C79" w14:textId="77777777">
        <w:tc>
          <w:tcPr>
            <w:tcW w:w="2160" w:type="dxa"/>
          </w:tcPr>
          <w:p w14:paraId="5668FF14" w14:textId="3A2C504B" w:rsidR="00D91F28" w:rsidRDefault="00454DE5">
            <w:r>
              <w:t>3.</w:t>
            </w:r>
            <w:r w:rsidR="001F183B">
              <w:t xml:space="preserve">Trpíte </w:t>
            </w:r>
            <w:proofErr w:type="spellStart"/>
            <w:r w:rsidR="001F183B">
              <w:t>otoky</w:t>
            </w:r>
            <w:proofErr w:type="spellEnd"/>
            <w:r w:rsidR="001F183B">
              <w:t xml:space="preserve"> </w:t>
            </w:r>
            <w:proofErr w:type="spellStart"/>
            <w:r w:rsidR="001F183B">
              <w:t>končetin</w:t>
            </w:r>
            <w:proofErr w:type="spellEnd"/>
            <w:r w:rsidR="001F183B">
              <w:t xml:space="preserve"> </w:t>
            </w:r>
            <w:proofErr w:type="spellStart"/>
            <w:r w:rsidR="001F183B">
              <w:t>nebo</w:t>
            </w:r>
            <w:proofErr w:type="spellEnd"/>
            <w:r w:rsidR="001F183B">
              <w:t xml:space="preserve"> jiných částí těla?</w:t>
            </w:r>
          </w:p>
        </w:tc>
        <w:tc>
          <w:tcPr>
            <w:tcW w:w="2160" w:type="dxa"/>
          </w:tcPr>
          <w:p w14:paraId="150E826E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68AE7293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076E6F96" w14:textId="77777777" w:rsidR="00D91F28" w:rsidRDefault="00D91F28"/>
        </w:tc>
      </w:tr>
      <w:tr w:rsidR="00D91F28" w14:paraId="3040CC4A" w14:textId="77777777">
        <w:tc>
          <w:tcPr>
            <w:tcW w:w="2160" w:type="dxa"/>
          </w:tcPr>
          <w:p w14:paraId="5DA30386" w14:textId="1AC780A6" w:rsidR="00D91F28" w:rsidRDefault="00454DE5">
            <w:r>
              <w:t>4.</w:t>
            </w:r>
            <w:r w:rsidR="001F183B">
              <w:t xml:space="preserve">Prodělal/a </w:t>
            </w:r>
            <w:proofErr w:type="spellStart"/>
            <w:r w:rsidR="001F183B">
              <w:t>jste</w:t>
            </w:r>
            <w:proofErr w:type="spellEnd"/>
            <w:r w:rsidR="001F183B">
              <w:t xml:space="preserve"> </w:t>
            </w:r>
            <w:proofErr w:type="spellStart"/>
            <w:r w:rsidR="001F183B">
              <w:t>trombózu</w:t>
            </w:r>
            <w:proofErr w:type="spellEnd"/>
            <w:r w:rsidR="001F183B">
              <w:t xml:space="preserve">, </w:t>
            </w:r>
            <w:proofErr w:type="spellStart"/>
            <w:r w:rsidR="001F183B">
              <w:t>embolii</w:t>
            </w:r>
            <w:proofErr w:type="spellEnd"/>
            <w:r w:rsidR="001F183B">
              <w:t xml:space="preserve"> nebo poruchu srážlivosti krve?</w:t>
            </w:r>
          </w:p>
        </w:tc>
        <w:tc>
          <w:tcPr>
            <w:tcW w:w="2160" w:type="dxa"/>
          </w:tcPr>
          <w:p w14:paraId="51CB1627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771DB446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4999E707" w14:textId="77777777" w:rsidR="00D91F28" w:rsidRDefault="00D91F28"/>
        </w:tc>
      </w:tr>
      <w:tr w:rsidR="00D91F28" w14:paraId="1A93FF19" w14:textId="77777777">
        <w:tc>
          <w:tcPr>
            <w:tcW w:w="2160" w:type="dxa"/>
          </w:tcPr>
          <w:p w14:paraId="40E9F711" w14:textId="5DA99B9A" w:rsidR="00D91F28" w:rsidRDefault="00454DE5">
            <w:r>
              <w:t>5.</w:t>
            </w:r>
            <w:r w:rsidR="001F183B">
              <w:t xml:space="preserve">Léčíte se s </w:t>
            </w:r>
            <w:proofErr w:type="spellStart"/>
            <w:r w:rsidR="001F183B">
              <w:t>onemocněním</w:t>
            </w:r>
            <w:proofErr w:type="spellEnd"/>
            <w:r w:rsidR="001F183B">
              <w:t xml:space="preserve"> ledvin nebo jater?</w:t>
            </w:r>
          </w:p>
        </w:tc>
        <w:tc>
          <w:tcPr>
            <w:tcW w:w="2160" w:type="dxa"/>
          </w:tcPr>
          <w:p w14:paraId="6AB82C40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368694BA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6404789D" w14:textId="77777777" w:rsidR="00D91F28" w:rsidRDefault="00D91F28"/>
        </w:tc>
      </w:tr>
      <w:tr w:rsidR="00D91F28" w14:paraId="24858D9E" w14:textId="77777777">
        <w:tc>
          <w:tcPr>
            <w:tcW w:w="2160" w:type="dxa"/>
          </w:tcPr>
          <w:p w14:paraId="3AAE1050" w14:textId="32AF4050" w:rsidR="00D91F28" w:rsidRDefault="00454DE5">
            <w:r>
              <w:t>6.</w:t>
            </w:r>
            <w:r w:rsidR="001F183B">
              <w:t xml:space="preserve">Léčíte se s </w:t>
            </w:r>
            <w:proofErr w:type="spellStart"/>
            <w:r w:rsidR="001F183B">
              <w:t>onemocněním</w:t>
            </w:r>
            <w:proofErr w:type="spellEnd"/>
            <w:r w:rsidR="001F183B">
              <w:t xml:space="preserve"> štítné žlázy?</w:t>
            </w:r>
          </w:p>
        </w:tc>
        <w:tc>
          <w:tcPr>
            <w:tcW w:w="2160" w:type="dxa"/>
          </w:tcPr>
          <w:p w14:paraId="42B4A9AD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27DE18CE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0E6A7134" w14:textId="77EE9CCD" w:rsidR="00D91F28" w:rsidRDefault="00D91F28"/>
        </w:tc>
      </w:tr>
      <w:tr w:rsidR="00D91F28" w14:paraId="5336DA38" w14:textId="77777777">
        <w:tc>
          <w:tcPr>
            <w:tcW w:w="2160" w:type="dxa"/>
          </w:tcPr>
          <w:p w14:paraId="3296A2F1" w14:textId="5305E090" w:rsidR="00D91F28" w:rsidRDefault="00454DE5">
            <w:r>
              <w:t xml:space="preserve">7. </w:t>
            </w:r>
            <w:proofErr w:type="spellStart"/>
            <w:r>
              <w:t>Prodělal</w:t>
            </w:r>
            <w:proofErr w:type="spellEnd"/>
            <w:r>
              <w:t xml:space="preserve">/a </w:t>
            </w:r>
            <w:proofErr w:type="spellStart"/>
            <w:r>
              <w:t>jste</w:t>
            </w:r>
            <w:proofErr w:type="spellEnd"/>
            <w:r>
              <w:t xml:space="preserve"> v </w:t>
            </w:r>
            <w:proofErr w:type="spellStart"/>
            <w:r>
              <w:t>posledních</w:t>
            </w:r>
            <w:proofErr w:type="spellEnd"/>
            <w:r>
              <w:t xml:space="preserve"> 14 </w:t>
            </w:r>
            <w:proofErr w:type="spellStart"/>
            <w:r>
              <w:t>dnech</w:t>
            </w:r>
            <w:proofErr w:type="spellEnd"/>
            <w:r>
              <w:t xml:space="preserve"> </w:t>
            </w:r>
            <w:proofErr w:type="spellStart"/>
            <w:r>
              <w:t>infekční</w:t>
            </w:r>
            <w:proofErr w:type="spellEnd"/>
            <w:r>
              <w:t xml:space="preserve"> </w:t>
            </w:r>
            <w:proofErr w:type="spellStart"/>
            <w:r>
              <w:t>onemocnění</w:t>
            </w:r>
            <w:proofErr w:type="spellEnd"/>
            <w:r>
              <w:t xml:space="preserve">, </w:t>
            </w:r>
            <w:proofErr w:type="spellStart"/>
            <w:r>
              <w:t>horečku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zánět</w:t>
            </w:r>
            <w:proofErr w:type="spellEnd"/>
            <w:r>
              <w:t>?</w:t>
            </w:r>
          </w:p>
        </w:tc>
        <w:tc>
          <w:tcPr>
            <w:tcW w:w="2160" w:type="dxa"/>
          </w:tcPr>
          <w:p w14:paraId="57F5C866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0B15CA86" w14:textId="77777777" w:rsidR="00D91F28" w:rsidRDefault="001F183B">
            <w:r>
              <w:t>☐</w:t>
            </w:r>
          </w:p>
        </w:tc>
        <w:tc>
          <w:tcPr>
            <w:tcW w:w="2160" w:type="dxa"/>
          </w:tcPr>
          <w:p w14:paraId="5E072582" w14:textId="72C48F06" w:rsidR="00D91F28" w:rsidRDefault="00D91F28"/>
        </w:tc>
      </w:tr>
      <w:tr w:rsidR="00454DE5" w14:paraId="0114F05C" w14:textId="77777777">
        <w:tc>
          <w:tcPr>
            <w:tcW w:w="2160" w:type="dxa"/>
          </w:tcPr>
          <w:p w14:paraId="7A5E890E" w14:textId="5972A8F2" w:rsidR="00454DE5" w:rsidRDefault="00454DE5" w:rsidP="00454DE5">
            <w:r>
              <w:t xml:space="preserve">8. </w:t>
            </w:r>
            <w:proofErr w:type="spellStart"/>
            <w:r>
              <w:t>Máte</w:t>
            </w:r>
            <w:proofErr w:type="spellEnd"/>
            <w:r>
              <w:t xml:space="preserve"> diabetes mellitus (</w:t>
            </w:r>
            <w:proofErr w:type="spellStart"/>
            <w:r>
              <w:t>cukrovku</w:t>
            </w:r>
            <w:proofErr w:type="spellEnd"/>
            <w:r>
              <w:t>)?</w:t>
            </w:r>
          </w:p>
        </w:tc>
        <w:tc>
          <w:tcPr>
            <w:tcW w:w="2160" w:type="dxa"/>
          </w:tcPr>
          <w:p w14:paraId="17BCE1D0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42FA8A0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7364E793" w14:textId="03DCDDBE" w:rsidR="00454DE5" w:rsidRDefault="00454DE5" w:rsidP="00454DE5"/>
        </w:tc>
      </w:tr>
      <w:tr w:rsidR="00454DE5" w14:paraId="2A2350FB" w14:textId="77777777">
        <w:tc>
          <w:tcPr>
            <w:tcW w:w="2160" w:type="dxa"/>
          </w:tcPr>
          <w:p w14:paraId="1B55B9F0" w14:textId="7574BAB4" w:rsidR="00454DE5" w:rsidRDefault="00454DE5" w:rsidP="00454DE5">
            <w:r>
              <w:t xml:space="preserve">9. </w:t>
            </w:r>
            <w:proofErr w:type="spellStart"/>
            <w:r>
              <w:t>Léčíte</w:t>
            </w:r>
            <w:proofErr w:type="spellEnd"/>
            <w:r>
              <w:t xml:space="preserve"> se s </w:t>
            </w:r>
            <w:proofErr w:type="spellStart"/>
            <w:r>
              <w:t>onkologickým</w:t>
            </w:r>
            <w:proofErr w:type="spellEnd"/>
            <w:r>
              <w:t xml:space="preserve"> </w:t>
            </w:r>
            <w:proofErr w:type="spellStart"/>
            <w:r>
              <w:t>onemocněním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jste</w:t>
            </w:r>
            <w:proofErr w:type="spellEnd"/>
            <w:r>
              <w:t xml:space="preserve"> </w:t>
            </w:r>
            <w:proofErr w:type="spellStart"/>
            <w:r>
              <w:t>jej</w:t>
            </w:r>
            <w:proofErr w:type="spellEnd"/>
            <w:r>
              <w:t xml:space="preserve"> v </w:t>
            </w:r>
            <w:proofErr w:type="spellStart"/>
            <w:r>
              <w:t>minulosti</w:t>
            </w:r>
            <w:proofErr w:type="spellEnd"/>
            <w:r>
              <w:t xml:space="preserve"> </w:t>
            </w:r>
            <w:proofErr w:type="spellStart"/>
            <w:r>
              <w:t>prodělal</w:t>
            </w:r>
            <w:proofErr w:type="spellEnd"/>
            <w:r>
              <w:t>/a?</w:t>
            </w:r>
          </w:p>
        </w:tc>
        <w:tc>
          <w:tcPr>
            <w:tcW w:w="2160" w:type="dxa"/>
          </w:tcPr>
          <w:p w14:paraId="42CAEEBA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7E351FEF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57170B8F" w14:textId="77777777" w:rsidR="00454DE5" w:rsidRDefault="00454DE5" w:rsidP="00454DE5"/>
        </w:tc>
      </w:tr>
      <w:tr w:rsidR="00454DE5" w14:paraId="25A0614A" w14:textId="77777777">
        <w:tc>
          <w:tcPr>
            <w:tcW w:w="2160" w:type="dxa"/>
          </w:tcPr>
          <w:p w14:paraId="27E67378" w14:textId="19193AB9" w:rsidR="00454DE5" w:rsidRDefault="00454DE5" w:rsidP="00454DE5">
            <w:r>
              <w:lastRenderedPageBreak/>
              <w:t xml:space="preserve">10. </w:t>
            </w:r>
            <w:proofErr w:type="spellStart"/>
            <w:r>
              <w:t>Máte</w:t>
            </w:r>
            <w:proofErr w:type="spellEnd"/>
            <w:r>
              <w:t xml:space="preserve"> </w:t>
            </w:r>
            <w:proofErr w:type="spellStart"/>
            <w:r>
              <w:t>křečové</w:t>
            </w:r>
            <w:proofErr w:type="spellEnd"/>
            <w:r>
              <w:t xml:space="preserve"> </w:t>
            </w:r>
            <w:proofErr w:type="spellStart"/>
            <w:r>
              <w:t>žíly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zánět</w:t>
            </w:r>
            <w:proofErr w:type="spellEnd"/>
            <w:r>
              <w:t xml:space="preserve"> </w:t>
            </w:r>
            <w:proofErr w:type="spellStart"/>
            <w:r>
              <w:t>žil</w:t>
            </w:r>
            <w:proofErr w:type="spellEnd"/>
            <w:r>
              <w:t>?</w:t>
            </w:r>
          </w:p>
        </w:tc>
        <w:tc>
          <w:tcPr>
            <w:tcW w:w="2160" w:type="dxa"/>
          </w:tcPr>
          <w:p w14:paraId="4EE8849B" w14:textId="039EFB9F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934091F" w14:textId="34A9D49E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6C4EC9CB" w14:textId="59C0A15F" w:rsidR="00454DE5" w:rsidRDefault="00454DE5" w:rsidP="00454DE5"/>
        </w:tc>
      </w:tr>
      <w:tr w:rsidR="00454DE5" w14:paraId="6FC60942" w14:textId="77777777">
        <w:tc>
          <w:tcPr>
            <w:tcW w:w="2160" w:type="dxa"/>
          </w:tcPr>
          <w:p w14:paraId="14C12722" w14:textId="3820B4B0" w:rsidR="00454DE5" w:rsidRDefault="00454DE5" w:rsidP="00454DE5">
            <w:r>
              <w:t xml:space="preserve">11. </w:t>
            </w:r>
            <w:proofErr w:type="spellStart"/>
            <w:r>
              <w:t>Máte</w:t>
            </w:r>
            <w:proofErr w:type="spellEnd"/>
            <w:r>
              <w:t xml:space="preserve"> </w:t>
            </w:r>
            <w:proofErr w:type="spellStart"/>
            <w:r>
              <w:t>lymfedém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jiné</w:t>
            </w:r>
            <w:proofErr w:type="spellEnd"/>
            <w:r>
              <w:t xml:space="preserve"> </w:t>
            </w:r>
            <w:proofErr w:type="spellStart"/>
            <w:r>
              <w:t>onemocnění</w:t>
            </w:r>
            <w:proofErr w:type="spellEnd"/>
            <w:r>
              <w:t xml:space="preserve"> </w:t>
            </w:r>
            <w:proofErr w:type="spellStart"/>
            <w:r>
              <w:t>lymfatického</w:t>
            </w:r>
            <w:proofErr w:type="spellEnd"/>
            <w:r>
              <w:t xml:space="preserve"> </w:t>
            </w:r>
            <w:proofErr w:type="spellStart"/>
            <w:r>
              <w:t>systému</w:t>
            </w:r>
            <w:proofErr w:type="spellEnd"/>
            <w:r>
              <w:t xml:space="preserve"> </w:t>
            </w:r>
            <w:proofErr w:type="spellStart"/>
            <w:r>
              <w:t>diagnostikované</w:t>
            </w:r>
            <w:proofErr w:type="spellEnd"/>
            <w:r>
              <w:t xml:space="preserve"> </w:t>
            </w:r>
            <w:proofErr w:type="spellStart"/>
            <w:r>
              <w:t>lékařem</w:t>
            </w:r>
            <w:proofErr w:type="spellEnd"/>
            <w:r>
              <w:t>?</w:t>
            </w:r>
          </w:p>
        </w:tc>
        <w:tc>
          <w:tcPr>
            <w:tcW w:w="2160" w:type="dxa"/>
          </w:tcPr>
          <w:p w14:paraId="5106EF42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1215A1C1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62EB165E" w14:textId="085AE0EC" w:rsidR="00454DE5" w:rsidRDefault="00454DE5" w:rsidP="00454DE5"/>
        </w:tc>
      </w:tr>
      <w:tr w:rsidR="00454DE5" w14:paraId="2954D694" w14:textId="77777777">
        <w:tc>
          <w:tcPr>
            <w:tcW w:w="2160" w:type="dxa"/>
          </w:tcPr>
          <w:p w14:paraId="1B5E2583" w14:textId="69E7FCDF" w:rsidR="00454DE5" w:rsidRDefault="00454DE5" w:rsidP="00454DE5">
            <w:r>
              <w:t xml:space="preserve">12. </w:t>
            </w:r>
            <w:proofErr w:type="spellStart"/>
            <w:r>
              <w:t>Máte</w:t>
            </w:r>
            <w:proofErr w:type="spellEnd"/>
            <w:r>
              <w:t xml:space="preserve"> </w:t>
            </w:r>
            <w:proofErr w:type="spellStart"/>
            <w:r>
              <w:t>neobjasněný</w:t>
            </w:r>
            <w:proofErr w:type="spellEnd"/>
            <w:r>
              <w:t xml:space="preserve"> </w:t>
            </w:r>
            <w:proofErr w:type="spellStart"/>
            <w:r>
              <w:t>otok</w:t>
            </w:r>
            <w:proofErr w:type="spellEnd"/>
            <w:r>
              <w:t xml:space="preserve"> </w:t>
            </w:r>
            <w:proofErr w:type="spellStart"/>
            <w:r>
              <w:t>některé</w:t>
            </w:r>
            <w:proofErr w:type="spellEnd"/>
            <w:r>
              <w:t xml:space="preserve"> </w:t>
            </w:r>
            <w:proofErr w:type="spellStart"/>
            <w:r>
              <w:t>části</w:t>
            </w:r>
            <w:proofErr w:type="spellEnd"/>
            <w:r>
              <w:t xml:space="preserve"> </w:t>
            </w:r>
            <w:proofErr w:type="spellStart"/>
            <w:r>
              <w:t>těla</w:t>
            </w:r>
            <w:proofErr w:type="spellEnd"/>
            <w:r>
              <w:t>?</w:t>
            </w:r>
          </w:p>
        </w:tc>
        <w:tc>
          <w:tcPr>
            <w:tcW w:w="2160" w:type="dxa"/>
          </w:tcPr>
          <w:p w14:paraId="05D1C1E0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5B075317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30B7358" w14:textId="37927337" w:rsidR="00454DE5" w:rsidRDefault="00454DE5" w:rsidP="00454DE5"/>
        </w:tc>
      </w:tr>
      <w:tr w:rsidR="00454DE5" w14:paraId="2CAD6870" w14:textId="77777777">
        <w:tc>
          <w:tcPr>
            <w:tcW w:w="2160" w:type="dxa"/>
          </w:tcPr>
          <w:p w14:paraId="36B8BCEA" w14:textId="33C703C4" w:rsidR="00454DE5" w:rsidRDefault="00454DE5" w:rsidP="00454DE5">
            <w:r>
              <w:t xml:space="preserve">13.Užíváte </w:t>
            </w:r>
            <w:proofErr w:type="spellStart"/>
            <w:r>
              <w:t>antibiotika</w:t>
            </w:r>
            <w:proofErr w:type="spellEnd"/>
            <w:r>
              <w:t>?</w:t>
            </w:r>
          </w:p>
        </w:tc>
        <w:tc>
          <w:tcPr>
            <w:tcW w:w="2160" w:type="dxa"/>
          </w:tcPr>
          <w:p w14:paraId="68342BFB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34882742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6656D81B" w14:textId="77777777" w:rsidR="00454DE5" w:rsidRDefault="00454DE5" w:rsidP="00454DE5"/>
        </w:tc>
      </w:tr>
      <w:tr w:rsidR="00454DE5" w14:paraId="10FB324A" w14:textId="77777777">
        <w:tc>
          <w:tcPr>
            <w:tcW w:w="2160" w:type="dxa"/>
          </w:tcPr>
          <w:p w14:paraId="138C685B" w14:textId="2422FDAA" w:rsidR="00454DE5" w:rsidRDefault="00454DE5" w:rsidP="00454DE5">
            <w:r>
              <w:t xml:space="preserve">14.Máte </w:t>
            </w:r>
            <w:proofErr w:type="spellStart"/>
            <w:r>
              <w:t>zvětšené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bolestivé</w:t>
            </w:r>
            <w:proofErr w:type="spellEnd"/>
            <w:r>
              <w:t xml:space="preserve"> uzliny?</w:t>
            </w:r>
          </w:p>
        </w:tc>
        <w:tc>
          <w:tcPr>
            <w:tcW w:w="2160" w:type="dxa"/>
          </w:tcPr>
          <w:p w14:paraId="0C8C3278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7978DD0A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2CC4B25C" w14:textId="77777777" w:rsidR="00454DE5" w:rsidRDefault="00454DE5" w:rsidP="00454DE5"/>
        </w:tc>
      </w:tr>
      <w:tr w:rsidR="00454DE5" w14:paraId="597B99B6" w14:textId="77777777">
        <w:tc>
          <w:tcPr>
            <w:tcW w:w="2160" w:type="dxa"/>
          </w:tcPr>
          <w:p w14:paraId="0FC50392" w14:textId="05D97DAF" w:rsidR="00454DE5" w:rsidRDefault="00454DE5" w:rsidP="00454DE5">
            <w:r>
              <w:t xml:space="preserve">15.Užíváte </w:t>
            </w:r>
            <w:proofErr w:type="spellStart"/>
            <w:r>
              <w:t>léky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ředění</w:t>
            </w:r>
            <w:proofErr w:type="spellEnd"/>
            <w:r>
              <w:t xml:space="preserve"> krve, kortikoidy nebo jiné léky ovlivňující zdravotní stav?</w:t>
            </w:r>
          </w:p>
        </w:tc>
        <w:tc>
          <w:tcPr>
            <w:tcW w:w="2160" w:type="dxa"/>
          </w:tcPr>
          <w:p w14:paraId="1426C4D8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2E5A4CEA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59457A8F" w14:textId="77777777" w:rsidR="00454DE5" w:rsidRDefault="00454DE5" w:rsidP="00454DE5"/>
        </w:tc>
      </w:tr>
      <w:tr w:rsidR="00454DE5" w14:paraId="029F6A1C" w14:textId="77777777">
        <w:tc>
          <w:tcPr>
            <w:tcW w:w="2160" w:type="dxa"/>
          </w:tcPr>
          <w:p w14:paraId="75C4CC2E" w14:textId="3130A6EB" w:rsidR="00454DE5" w:rsidRDefault="00454DE5" w:rsidP="00454DE5">
            <w:r>
              <w:t xml:space="preserve">16.Máte </w:t>
            </w:r>
            <w:proofErr w:type="spellStart"/>
            <w:r>
              <w:t>kožní</w:t>
            </w:r>
            <w:proofErr w:type="spellEnd"/>
            <w:r>
              <w:t xml:space="preserve"> </w:t>
            </w:r>
            <w:proofErr w:type="spellStart"/>
            <w:r>
              <w:t>onemocnění</w:t>
            </w:r>
            <w:proofErr w:type="spellEnd"/>
            <w:r>
              <w:t xml:space="preserve">, </w:t>
            </w:r>
            <w:proofErr w:type="spellStart"/>
            <w:r>
              <w:t>otevřené</w:t>
            </w:r>
            <w:proofErr w:type="spellEnd"/>
            <w:r>
              <w:t xml:space="preserve"> rány nebo infekci kůže?</w:t>
            </w:r>
          </w:p>
        </w:tc>
        <w:tc>
          <w:tcPr>
            <w:tcW w:w="2160" w:type="dxa"/>
          </w:tcPr>
          <w:p w14:paraId="19DA0496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5BEEBC57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70BC4B3E" w14:textId="77777777" w:rsidR="00454DE5" w:rsidRDefault="00454DE5" w:rsidP="00454DE5"/>
        </w:tc>
      </w:tr>
      <w:tr w:rsidR="00454DE5" w14:paraId="371E977C" w14:textId="77777777">
        <w:tc>
          <w:tcPr>
            <w:tcW w:w="2160" w:type="dxa"/>
          </w:tcPr>
          <w:p w14:paraId="38B66CE5" w14:textId="21D5335A" w:rsidR="00454DE5" w:rsidRDefault="00454DE5" w:rsidP="00454DE5">
            <w:r>
              <w:t xml:space="preserve">17.Prodělal/a </w:t>
            </w:r>
            <w:proofErr w:type="spellStart"/>
            <w:r>
              <w:t>jste</w:t>
            </w:r>
            <w:proofErr w:type="spellEnd"/>
            <w:r>
              <w:t xml:space="preserve"> v </w:t>
            </w:r>
            <w:proofErr w:type="spellStart"/>
            <w:r>
              <w:t>posledních</w:t>
            </w:r>
            <w:proofErr w:type="spellEnd"/>
            <w:r>
              <w:t xml:space="preserve"> 3 měsících operaci nebo úraz?</w:t>
            </w:r>
          </w:p>
        </w:tc>
        <w:tc>
          <w:tcPr>
            <w:tcW w:w="2160" w:type="dxa"/>
          </w:tcPr>
          <w:p w14:paraId="497C53ED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1AC878F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12D95856" w14:textId="77777777" w:rsidR="00454DE5" w:rsidRDefault="00454DE5" w:rsidP="00454DE5"/>
        </w:tc>
      </w:tr>
      <w:tr w:rsidR="00454DE5" w14:paraId="2541C967" w14:textId="77777777">
        <w:tc>
          <w:tcPr>
            <w:tcW w:w="2160" w:type="dxa"/>
          </w:tcPr>
          <w:p w14:paraId="2BA64B63" w14:textId="51B732C0" w:rsidR="00454DE5" w:rsidRDefault="00454DE5" w:rsidP="00454DE5">
            <w:r>
              <w:t xml:space="preserve">18.Máte v </w:t>
            </w:r>
            <w:proofErr w:type="spellStart"/>
            <w:r>
              <w:t>těle</w:t>
            </w:r>
            <w:proofErr w:type="spellEnd"/>
            <w:r>
              <w:t xml:space="preserve"> </w:t>
            </w:r>
            <w:proofErr w:type="spellStart"/>
            <w:r>
              <w:t>implantáty</w:t>
            </w:r>
            <w:proofErr w:type="spellEnd"/>
            <w:r>
              <w:t xml:space="preserve"> nebo jiné zdravotnické pomůcky?</w:t>
            </w:r>
          </w:p>
        </w:tc>
        <w:tc>
          <w:tcPr>
            <w:tcW w:w="2160" w:type="dxa"/>
          </w:tcPr>
          <w:p w14:paraId="25A6D88D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0CCE6CEC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66354916" w14:textId="77777777" w:rsidR="00454DE5" w:rsidRDefault="00454DE5" w:rsidP="00454DE5"/>
        </w:tc>
      </w:tr>
      <w:tr w:rsidR="00454DE5" w14:paraId="295C2A07" w14:textId="77777777">
        <w:tc>
          <w:tcPr>
            <w:tcW w:w="2160" w:type="dxa"/>
          </w:tcPr>
          <w:p w14:paraId="67D84A49" w14:textId="6E4ECC05" w:rsidR="00454DE5" w:rsidRDefault="00454DE5" w:rsidP="00454DE5">
            <w:r>
              <w:t xml:space="preserve">19.Jste </w:t>
            </w:r>
            <w:proofErr w:type="spellStart"/>
            <w:r>
              <w:t>těhotná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kojíte</w:t>
            </w:r>
            <w:proofErr w:type="spellEnd"/>
            <w:r>
              <w:t>?</w:t>
            </w:r>
          </w:p>
        </w:tc>
        <w:tc>
          <w:tcPr>
            <w:tcW w:w="2160" w:type="dxa"/>
          </w:tcPr>
          <w:p w14:paraId="6FA6B280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691ACC7D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423B825" w14:textId="77777777" w:rsidR="00454DE5" w:rsidRDefault="00454DE5" w:rsidP="00454DE5"/>
        </w:tc>
      </w:tr>
      <w:tr w:rsidR="00454DE5" w14:paraId="250865B5" w14:textId="77777777">
        <w:tc>
          <w:tcPr>
            <w:tcW w:w="2160" w:type="dxa"/>
          </w:tcPr>
          <w:p w14:paraId="4FC50610" w14:textId="335F86E5" w:rsidR="00454DE5" w:rsidRDefault="00454DE5" w:rsidP="00454DE5">
            <w:r>
              <w:t xml:space="preserve">20.Trpíte </w:t>
            </w:r>
            <w:proofErr w:type="spellStart"/>
            <w:r>
              <w:t>epilepsií</w:t>
            </w:r>
            <w:proofErr w:type="spellEnd"/>
            <w:r>
              <w:t xml:space="preserve"> </w:t>
            </w:r>
            <w:proofErr w:type="spellStart"/>
            <w:r>
              <w:t>nebo</w:t>
            </w:r>
            <w:proofErr w:type="spellEnd"/>
            <w:r>
              <w:t xml:space="preserve"> </w:t>
            </w:r>
            <w:proofErr w:type="spellStart"/>
            <w:r>
              <w:t>jiným</w:t>
            </w:r>
            <w:proofErr w:type="spellEnd"/>
            <w:r>
              <w:t xml:space="preserve"> neurologickým onemocněním?</w:t>
            </w:r>
          </w:p>
        </w:tc>
        <w:tc>
          <w:tcPr>
            <w:tcW w:w="2160" w:type="dxa"/>
          </w:tcPr>
          <w:p w14:paraId="54868481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79629E5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66D218A5" w14:textId="77777777" w:rsidR="00454DE5" w:rsidRDefault="00454DE5" w:rsidP="00454DE5"/>
        </w:tc>
      </w:tr>
      <w:tr w:rsidR="00454DE5" w14:paraId="61D76ACA" w14:textId="77777777">
        <w:tc>
          <w:tcPr>
            <w:tcW w:w="2160" w:type="dxa"/>
          </w:tcPr>
          <w:p w14:paraId="4E329C95" w14:textId="6D0C91DC" w:rsidR="00454DE5" w:rsidRDefault="00454DE5" w:rsidP="00454DE5">
            <w:r>
              <w:t xml:space="preserve">21.Máte </w:t>
            </w:r>
            <w:proofErr w:type="spellStart"/>
            <w:r>
              <w:t>alergii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kosmetické</w:t>
            </w:r>
            <w:proofErr w:type="spellEnd"/>
            <w:r>
              <w:t xml:space="preserve"> přípravky, masážní přípravky nebo dezinfekci?</w:t>
            </w:r>
          </w:p>
        </w:tc>
        <w:tc>
          <w:tcPr>
            <w:tcW w:w="2160" w:type="dxa"/>
          </w:tcPr>
          <w:p w14:paraId="06ADD314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55875CAA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4FABAA7" w14:textId="77777777" w:rsidR="00454DE5" w:rsidRDefault="00454DE5" w:rsidP="00454DE5"/>
        </w:tc>
      </w:tr>
      <w:tr w:rsidR="00454DE5" w14:paraId="5F1F83FE" w14:textId="77777777">
        <w:tc>
          <w:tcPr>
            <w:tcW w:w="2160" w:type="dxa"/>
          </w:tcPr>
          <w:p w14:paraId="2028A439" w14:textId="47AE203C" w:rsidR="00454DE5" w:rsidRDefault="00454DE5" w:rsidP="00454DE5">
            <w:r>
              <w:t xml:space="preserve">22.Docházíte </w:t>
            </w:r>
            <w:proofErr w:type="spellStart"/>
            <w:r>
              <w:t>pravidelně</w:t>
            </w:r>
            <w:proofErr w:type="spellEnd"/>
            <w:r>
              <w:t xml:space="preserve"> k </w:t>
            </w:r>
            <w:proofErr w:type="spellStart"/>
            <w:r>
              <w:t>lékaři</w:t>
            </w:r>
            <w:proofErr w:type="spellEnd"/>
            <w:r>
              <w:t xml:space="preserve"> </w:t>
            </w:r>
            <w:proofErr w:type="spellStart"/>
            <w:r>
              <w:t>kvůli</w:t>
            </w:r>
            <w:proofErr w:type="spellEnd"/>
            <w:r>
              <w:t xml:space="preserve"> chronickému onemocnění?</w:t>
            </w:r>
          </w:p>
        </w:tc>
        <w:tc>
          <w:tcPr>
            <w:tcW w:w="2160" w:type="dxa"/>
          </w:tcPr>
          <w:p w14:paraId="5230D434" w14:textId="64101EB1" w:rsidR="00454DE5" w:rsidRDefault="00454DE5" w:rsidP="00196014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60" w:type="dxa"/>
          </w:tcPr>
          <w:p w14:paraId="3649C341" w14:textId="066BE293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46D471D3" w14:textId="77777777" w:rsidR="00454DE5" w:rsidRDefault="00454DE5" w:rsidP="00454DE5"/>
        </w:tc>
      </w:tr>
      <w:tr w:rsidR="00454DE5" w14:paraId="2539D89A" w14:textId="77777777">
        <w:tc>
          <w:tcPr>
            <w:tcW w:w="2160" w:type="dxa"/>
          </w:tcPr>
          <w:p w14:paraId="57178708" w14:textId="57FA2583" w:rsidR="00454DE5" w:rsidRDefault="00454DE5" w:rsidP="00454DE5">
            <w:r>
              <w:lastRenderedPageBreak/>
              <w:t xml:space="preserve">23.Cítíte se </w:t>
            </w:r>
            <w:proofErr w:type="spellStart"/>
            <w:r>
              <w:t>dnes</w:t>
            </w:r>
            <w:proofErr w:type="spellEnd"/>
            <w:r>
              <w:t xml:space="preserve"> </w:t>
            </w:r>
            <w:proofErr w:type="spellStart"/>
            <w:r>
              <w:t>zdráv</w:t>
            </w:r>
            <w:proofErr w:type="spellEnd"/>
            <w:r>
              <w:t>/a, bez horečky, akutní bolesti a známek infekce?</w:t>
            </w:r>
          </w:p>
        </w:tc>
        <w:tc>
          <w:tcPr>
            <w:tcW w:w="2160" w:type="dxa"/>
          </w:tcPr>
          <w:p w14:paraId="3CA41CFE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7EF90301" w14:textId="77777777" w:rsidR="00454DE5" w:rsidRDefault="00454DE5" w:rsidP="00454DE5">
            <w:r>
              <w:t>☐</w:t>
            </w:r>
          </w:p>
        </w:tc>
        <w:tc>
          <w:tcPr>
            <w:tcW w:w="2160" w:type="dxa"/>
          </w:tcPr>
          <w:p w14:paraId="31F52930" w14:textId="77777777" w:rsidR="00454DE5" w:rsidRDefault="00454DE5" w:rsidP="00454DE5"/>
        </w:tc>
      </w:tr>
    </w:tbl>
    <w:p w14:paraId="37374E55" w14:textId="77777777" w:rsidR="00D91F28" w:rsidRDefault="001F183B">
      <w:pPr>
        <w:pStyle w:val="Nadpis2"/>
      </w:pPr>
      <w:r>
        <w:t>II. Prohlášení klienta</w:t>
      </w:r>
    </w:p>
    <w:p w14:paraId="5FC4EA2B" w14:textId="77777777" w:rsidR="00D91F28" w:rsidRDefault="001F183B">
      <w:r>
        <w:t>Prohlašuji, že všechny mnou uvedené údaje jsou pravdivé, úplné a odpovídají mému současnému zdravotnímu stavu.</w:t>
      </w:r>
      <w:r>
        <w:br/>
      </w:r>
      <w:r>
        <w:br/>
        <w:t>Zavazuji se před každou další návštěvou informovat maséra o jakékoli změně zdravotního stavu, nově užívaných lécích, prodělaném onemocnění, operaci nebo jiných skutečnostech, které mohou mít vliv na bezpečné provedení manuální lymfatické masáže.</w:t>
      </w:r>
      <w:r>
        <w:br/>
      </w:r>
      <w:r>
        <w:br/>
      </w:r>
      <w:r>
        <w:t>Beru na vědomí, že zatajení nebo uvedení nepravdivých či neúplných informací může zvýšit riziko zdravotních komplikací, za které masér nenese odpovědnost.</w:t>
      </w:r>
    </w:p>
    <w:p w14:paraId="205864EA" w14:textId="77777777" w:rsidR="00D91F28" w:rsidRDefault="001F183B">
      <w:pPr>
        <w:pStyle w:val="Nadpis2"/>
      </w:pPr>
      <w:r>
        <w:t>III. Informovaný souhlas</w:t>
      </w:r>
    </w:p>
    <w:p w14:paraId="7A24310F" w14:textId="77777777" w:rsidR="00D91F28" w:rsidRDefault="001F183B">
      <w:r>
        <w:t>Potvrzuji, že jsem byl/a seznámen/a s charakterem manuální lymfatické masáže.</w:t>
      </w:r>
      <w:r>
        <w:br/>
        <w:t>Rozumím tomu, že:</w:t>
      </w:r>
    </w:p>
    <w:p w14:paraId="597AF44C" w14:textId="77777777" w:rsidR="00D91F28" w:rsidRDefault="001F183B">
      <w:pPr>
        <w:pStyle w:val="Seznamsodrkami"/>
      </w:pPr>
      <w:r>
        <w:t>jedná se o podpůrnou regenerační proceduru, která nenahrazuje lékařské vyšetření ani léčbu,</w:t>
      </w:r>
    </w:p>
    <w:p w14:paraId="5CFAFE85" w14:textId="77777777" w:rsidR="00D91F28" w:rsidRDefault="001F183B">
      <w:pPr>
        <w:pStyle w:val="Seznamsodrkami"/>
      </w:pPr>
      <w:r>
        <w:t>masáž nemusí být vhodná při některých zdravotních stavech nebo může být nutné ji odložit,</w:t>
      </w:r>
    </w:p>
    <w:p w14:paraId="24031846" w14:textId="77777777" w:rsidR="00D91F28" w:rsidRDefault="001F183B">
      <w:pPr>
        <w:pStyle w:val="Seznamsodrkami"/>
      </w:pPr>
      <w:r>
        <w:t>masér je oprávněn masáž odmítnout, přerušit nebo upravit její rozsah, pokud vyhodnotí, že by její provedení mohlo představovat zdravotní riziko,</w:t>
      </w:r>
    </w:p>
    <w:p w14:paraId="25C6F4BF" w14:textId="77777777" w:rsidR="00D91F28" w:rsidRDefault="001F183B">
      <w:pPr>
        <w:pStyle w:val="Seznamsodrkami"/>
      </w:pPr>
      <w:r>
        <w:t>během masáže jsem povinen/povinna neprodleně oznámit jakoukoli bolest, nevolnost, závratě nebo jiné neobvyklé obtíže,</w:t>
      </w:r>
    </w:p>
    <w:p w14:paraId="5CA80985" w14:textId="77777777" w:rsidR="00D91F28" w:rsidRDefault="001F183B">
      <w:pPr>
        <w:pStyle w:val="Seznamsodrkami"/>
      </w:pPr>
      <w:r>
        <w:t>po masáži se mohou přechodně objevit běžné reakce organismu (únava, zvýšená potřeba močení, pocit žízně nebo mírná bolest hlavy),</w:t>
      </w:r>
    </w:p>
    <w:p w14:paraId="35820DC1" w14:textId="77777777" w:rsidR="00D91F28" w:rsidRDefault="001F183B">
      <w:pPr>
        <w:pStyle w:val="Seznamsodrkami"/>
      </w:pPr>
      <w:r>
        <w:t>služby jsou poskytovány jako regenerační a wellness péče a nenahrazují zdravotní služby poskytované zdravotnickým zařízením.</w:t>
      </w:r>
    </w:p>
    <w:p w14:paraId="5956882B" w14:textId="77777777" w:rsidR="00D91F28" w:rsidRDefault="001F183B">
      <w:r>
        <w:t>Souhlasím s provedením manuální lymfatické masáže za výše uvedených podmínek.</w:t>
      </w:r>
    </w:p>
    <w:p w14:paraId="67B2B867" w14:textId="77777777" w:rsidR="00D91F28" w:rsidRDefault="001F183B">
      <w:r>
        <w:br/>
        <w:t>Podpis klienta: ..............................................</w:t>
      </w:r>
    </w:p>
    <w:p w14:paraId="4E593F01" w14:textId="77777777" w:rsidR="00D91F28" w:rsidRDefault="001F183B">
      <w:r>
        <w:t>Podpis maséra: ..............................................</w:t>
      </w:r>
    </w:p>
    <w:p w14:paraId="50D2DF4E" w14:textId="77777777" w:rsidR="00D91F28" w:rsidRDefault="001F183B">
      <w:r>
        <w:t>Datum: ..............................................</w:t>
      </w:r>
    </w:p>
    <w:sectPr w:rsidR="00D91F2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3539483">
    <w:abstractNumId w:val="8"/>
  </w:num>
  <w:num w:numId="2" w16cid:durableId="189147235">
    <w:abstractNumId w:val="6"/>
  </w:num>
  <w:num w:numId="3" w16cid:durableId="41561955">
    <w:abstractNumId w:val="5"/>
  </w:num>
  <w:num w:numId="4" w16cid:durableId="1939825086">
    <w:abstractNumId w:val="4"/>
  </w:num>
  <w:num w:numId="5" w16cid:durableId="1094785839">
    <w:abstractNumId w:val="7"/>
  </w:num>
  <w:num w:numId="6" w16cid:durableId="888418993">
    <w:abstractNumId w:val="3"/>
  </w:num>
  <w:num w:numId="7" w16cid:durableId="2125539862">
    <w:abstractNumId w:val="2"/>
  </w:num>
  <w:num w:numId="8" w16cid:durableId="193733575">
    <w:abstractNumId w:val="1"/>
  </w:num>
  <w:num w:numId="9" w16cid:durableId="48905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014"/>
    <w:rsid w:val="001F183B"/>
    <w:rsid w:val="002526A2"/>
    <w:rsid w:val="0029639D"/>
    <w:rsid w:val="00326F90"/>
    <w:rsid w:val="00454DE5"/>
    <w:rsid w:val="00AA1D8D"/>
    <w:rsid w:val="00B47730"/>
    <w:rsid w:val="00CB0664"/>
    <w:rsid w:val="00D91F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DF8F6"/>
  <w14:defaultImageDpi w14:val="300"/>
  <w15:docId w15:val="{66D96808-17E2-4169-AA1C-F6BC2AC0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512</Words>
  <Characters>3022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Eliška Kovářová</cp:lastModifiedBy>
  <cp:revision>2</cp:revision>
  <dcterms:created xsi:type="dcterms:W3CDTF">2013-12-23T23:15:00Z</dcterms:created>
  <dcterms:modified xsi:type="dcterms:W3CDTF">2026-08-05T09:11:00Z</dcterms:modified>
  <cp:category/>
</cp:coreProperties>
</file>